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0EE20C" w14:textId="77777777" w:rsidR="0051047F" w:rsidRPr="0083327B" w:rsidRDefault="00E704E8" w:rsidP="00DD4116">
      <w:pPr>
        <w:spacing w:after="0"/>
        <w:rPr>
          <w:color w:val="EE0000"/>
          <w:sz w:val="32"/>
          <w:szCs w:val="32"/>
        </w:rPr>
      </w:pPr>
      <w:r w:rsidRPr="0083327B">
        <w:rPr>
          <w:color w:val="EE0000"/>
          <w:sz w:val="32"/>
          <w:szCs w:val="32"/>
        </w:rPr>
        <w:t>Joyful Journeys Baby Lounger – Safety Recall Information</w:t>
      </w:r>
    </w:p>
    <w:p w14:paraId="3602D627" w14:textId="77777777" w:rsidR="0051047F" w:rsidRDefault="0051047F" w:rsidP="0083327B">
      <w:pPr>
        <w:spacing w:after="0"/>
      </w:pPr>
    </w:p>
    <w:p w14:paraId="0940FCD9" w14:textId="388D763A" w:rsidR="00C615BC" w:rsidRDefault="00C615BC" w:rsidP="00C615BC">
      <w:pPr>
        <w:spacing w:after="0"/>
      </w:pPr>
      <w:r>
        <w:t>Dear Customer,</w:t>
      </w:r>
    </w:p>
    <w:p w14:paraId="4B859D29" w14:textId="77777777" w:rsidR="00C615BC" w:rsidRDefault="00C615BC" w:rsidP="00C615BC">
      <w:pPr>
        <w:spacing w:after="0"/>
      </w:pPr>
    </w:p>
    <w:p w14:paraId="25DE704F" w14:textId="51CEE556" w:rsidR="0051047F" w:rsidRDefault="00E704E8" w:rsidP="0083327B">
      <w:pPr>
        <w:spacing w:after="0"/>
      </w:pPr>
      <w:r>
        <w:t>This voluntary recall is being conducted in cooperation with the U.S. Consumer Product Safety Commission (CPSC).</w:t>
      </w:r>
    </w:p>
    <w:p w14:paraId="1D5AA8B5" w14:textId="77777777" w:rsidR="00C615BC" w:rsidRDefault="00C615BC" w:rsidP="00C615BC">
      <w:pPr>
        <w:spacing w:after="0"/>
      </w:pPr>
    </w:p>
    <w:p w14:paraId="51DE3C73" w14:textId="05676BDF" w:rsidR="0051047F" w:rsidRPr="0083327B" w:rsidRDefault="00E704E8" w:rsidP="0083327B">
      <w:pPr>
        <w:spacing w:after="0"/>
        <w:rPr>
          <w:lang w:val="en"/>
        </w:rPr>
      </w:pPr>
      <w:r w:rsidRPr="00C615BC">
        <w:t>The Joyful Journeys Baby Lounger does not meet certain updated federal safety requirements for infant sleep products</w:t>
      </w:r>
      <w:r w:rsidR="00C615BC" w:rsidRPr="007369CC">
        <w:t xml:space="preserve"> </w:t>
      </w:r>
      <w:r w:rsidR="00C615BC" w:rsidRPr="0083327B">
        <w:rPr>
          <w:lang w:val="en"/>
        </w:rPr>
        <w:t xml:space="preserve">Due to Risk </w:t>
      </w:r>
      <w:r w:rsidR="00C615BC" w:rsidRPr="00C615BC">
        <w:rPr>
          <w:lang w:val="en"/>
        </w:rPr>
        <w:t>of Serious</w:t>
      </w:r>
      <w:r w:rsidR="00C615BC" w:rsidRPr="0083327B">
        <w:rPr>
          <w:lang w:val="en"/>
        </w:rPr>
        <w:t xml:space="preserve"> Injury or Death from Entrapment and Fall Hazards</w:t>
      </w:r>
      <w:r w:rsidRPr="00C615BC">
        <w:t>.</w:t>
      </w:r>
      <w:r w:rsidR="008120E7" w:rsidRPr="00C615BC">
        <w:t xml:space="preserve"> </w:t>
      </w:r>
      <w:r w:rsidRPr="00C615BC">
        <w:t>No injuries have been report</w:t>
      </w:r>
      <w:r>
        <w:t>ed.</w:t>
      </w:r>
    </w:p>
    <w:p w14:paraId="0B802A7C" w14:textId="237DE7BB" w:rsidR="0051047F" w:rsidRDefault="00E704E8" w:rsidP="0083327B">
      <w:pPr>
        <w:spacing w:after="0"/>
      </w:pPr>
      <w:r>
        <w:t xml:space="preserve">Consumers should </w:t>
      </w:r>
      <w:r w:rsidRPr="0083327B">
        <w:rPr>
          <w:b/>
          <w:bCs/>
        </w:rPr>
        <w:t>immediately</w:t>
      </w:r>
      <w:r>
        <w:t xml:space="preserve"> stop using the lounger and keep it out of reach of infants.</w:t>
      </w:r>
    </w:p>
    <w:p w14:paraId="673A56BB" w14:textId="77777777" w:rsidR="00C615BC" w:rsidRDefault="00C615BC" w:rsidP="00C615BC">
      <w:pPr>
        <w:spacing w:after="0"/>
        <w:rPr>
          <w:b/>
          <w:bCs/>
        </w:rPr>
      </w:pPr>
    </w:p>
    <w:p w14:paraId="18FEAF44" w14:textId="2569CF16" w:rsidR="0051047F" w:rsidRPr="0083327B" w:rsidRDefault="00E704E8" w:rsidP="0083327B">
      <w:pPr>
        <w:spacing w:after="0"/>
        <w:rPr>
          <w:b/>
          <w:bCs/>
        </w:rPr>
      </w:pPr>
      <w:r w:rsidRPr="0083327B">
        <w:rPr>
          <w:b/>
          <w:bCs/>
        </w:rPr>
        <w:t xml:space="preserve">How to Participate in </w:t>
      </w:r>
      <w:proofErr w:type="gramStart"/>
      <w:r w:rsidRPr="0083327B">
        <w:rPr>
          <w:b/>
          <w:bCs/>
        </w:rPr>
        <w:t>the Recall</w:t>
      </w:r>
      <w:proofErr w:type="gramEnd"/>
      <w:r w:rsidR="007B26C9" w:rsidRPr="0083327B">
        <w:rPr>
          <w:b/>
          <w:bCs/>
        </w:rPr>
        <w:t>:</w:t>
      </w:r>
    </w:p>
    <w:p w14:paraId="34CB4EE9" w14:textId="10E1AE02" w:rsidR="0051047F" w:rsidRDefault="00E704E8" w:rsidP="0083327B">
      <w:pPr>
        <w:spacing w:after="0"/>
      </w:pPr>
      <w:r>
        <w:t>Please email:</w:t>
      </w:r>
      <w:r w:rsidR="00C615BC">
        <w:t xml:space="preserve"> </w:t>
      </w:r>
      <w:hyperlink r:id="rId6" w:history="1">
        <w:r w:rsidR="00C615BC" w:rsidRPr="007C6DA0">
          <w:rPr>
            <w:rStyle w:val="Hyperlink"/>
          </w:rPr>
          <w:t>joyfuljourneysrecalls@myjoyfuljourneys.com</w:t>
        </w:r>
      </w:hyperlink>
      <w:r w:rsidR="00C615BC">
        <w:t xml:space="preserve"> and i</w:t>
      </w:r>
      <w:r>
        <w:t>nclude the following in your email:</w:t>
      </w:r>
    </w:p>
    <w:p w14:paraId="05274429" w14:textId="37E26ABD" w:rsidR="00C615BC" w:rsidRDefault="00E704E8" w:rsidP="0083327B">
      <w:pPr>
        <w:pStyle w:val="ListParagraph"/>
        <w:numPr>
          <w:ilvl w:val="0"/>
          <w:numId w:val="10"/>
        </w:numPr>
        <w:spacing w:after="0"/>
      </w:pPr>
      <w:r>
        <w:t>Full name</w:t>
      </w:r>
    </w:p>
    <w:p w14:paraId="5DD5F276" w14:textId="5F211FFD" w:rsidR="00C615BC" w:rsidRDefault="00E704E8" w:rsidP="0083327B">
      <w:pPr>
        <w:pStyle w:val="ListParagraph"/>
        <w:numPr>
          <w:ilvl w:val="0"/>
          <w:numId w:val="10"/>
        </w:numPr>
        <w:spacing w:after="0"/>
      </w:pPr>
      <w:r>
        <w:t>Order number (</w:t>
      </w:r>
      <w:r w:rsidR="00C615BC">
        <w:t>if available)</w:t>
      </w:r>
    </w:p>
    <w:p w14:paraId="7B09432B" w14:textId="4CBB568D" w:rsidR="0051047F" w:rsidRDefault="00C615BC" w:rsidP="0083327B">
      <w:pPr>
        <w:pStyle w:val="ListParagraph"/>
        <w:numPr>
          <w:ilvl w:val="0"/>
          <w:numId w:val="10"/>
        </w:numPr>
        <w:spacing w:after="0"/>
      </w:pPr>
      <w:r>
        <w:t>Photos of the destroyed lounger with</w:t>
      </w:r>
    </w:p>
    <w:p w14:paraId="29AB8385" w14:textId="77777777" w:rsidR="00C615BC" w:rsidRDefault="00C615BC" w:rsidP="0083327B">
      <w:pPr>
        <w:spacing w:after="0"/>
      </w:pPr>
    </w:p>
    <w:p w14:paraId="156E076F" w14:textId="372464AB" w:rsidR="00C615BC" w:rsidRPr="0083327B" w:rsidRDefault="00C615BC" w:rsidP="00C615BC">
      <w:pPr>
        <w:spacing w:after="0" w:line="240" w:lineRule="auto"/>
        <w:rPr>
          <w:b/>
          <w:bCs/>
        </w:rPr>
      </w:pPr>
      <w:r w:rsidRPr="0083327B">
        <w:rPr>
          <w:b/>
          <w:bCs/>
        </w:rPr>
        <w:t>Destruction and Photo Instructions:</w:t>
      </w:r>
    </w:p>
    <w:p w14:paraId="5BC7E7C2" w14:textId="3DA3CB80" w:rsidR="00C615BC" w:rsidRDefault="00C615BC" w:rsidP="0083327B">
      <w:pPr>
        <w:pStyle w:val="ListParagraph"/>
        <w:numPr>
          <w:ilvl w:val="0"/>
          <w:numId w:val="11"/>
        </w:numPr>
        <w:spacing w:after="0" w:line="240" w:lineRule="auto"/>
      </w:pPr>
      <w:r>
        <w:t>Cut the baby lounger fully in half (cover, foam insert, and sleeping pad)</w:t>
      </w:r>
    </w:p>
    <w:p w14:paraId="08E4692E" w14:textId="65B07A4A" w:rsidR="00C615BC" w:rsidRDefault="00C615BC" w:rsidP="00C615BC">
      <w:pPr>
        <w:pStyle w:val="ListParagraph"/>
        <w:numPr>
          <w:ilvl w:val="0"/>
          <w:numId w:val="11"/>
        </w:numPr>
        <w:spacing w:after="0" w:line="240" w:lineRule="auto"/>
      </w:pPr>
      <w:r>
        <w:t>Place a piece of paper with your name and today’s date</w:t>
      </w:r>
    </w:p>
    <w:p w14:paraId="056B110A" w14:textId="6637CEAD" w:rsidR="00C615BC" w:rsidRDefault="00C615BC" w:rsidP="00C615BC">
      <w:pPr>
        <w:pStyle w:val="ListParagraph"/>
        <w:numPr>
          <w:ilvl w:val="0"/>
          <w:numId w:val="11"/>
        </w:numPr>
        <w:spacing w:after="0" w:line="240" w:lineRule="auto"/>
      </w:pPr>
      <w:r>
        <w:t>Take photos of the destroyed lounger with paper and joyful journeys label visible</w:t>
      </w:r>
    </w:p>
    <w:p w14:paraId="0679E078" w14:textId="35A6FF8C" w:rsidR="00C615BC" w:rsidRDefault="00C615BC" w:rsidP="0083327B">
      <w:pPr>
        <w:pStyle w:val="ListParagraph"/>
        <w:numPr>
          <w:ilvl w:val="0"/>
          <w:numId w:val="11"/>
        </w:numPr>
        <w:spacing w:after="0" w:line="240" w:lineRule="auto"/>
      </w:pPr>
      <w:r>
        <w:t xml:space="preserve">Send photos to </w:t>
      </w:r>
      <w:hyperlink r:id="rId7" w:history="1">
        <w:r w:rsidRPr="007C6DA0">
          <w:rPr>
            <w:rStyle w:val="Hyperlink"/>
          </w:rPr>
          <w:t>joyfuljourneysrecalls@myjoyfuljourneys.com</w:t>
        </w:r>
      </w:hyperlink>
      <w:r>
        <w:t xml:space="preserve"> to obtain refund</w:t>
      </w:r>
    </w:p>
    <w:p w14:paraId="5B6DB8A9" w14:textId="77777777" w:rsidR="0051047F" w:rsidRDefault="0051047F" w:rsidP="0083327B">
      <w:pPr>
        <w:spacing w:after="0"/>
      </w:pPr>
    </w:p>
    <w:p w14:paraId="34D63E03" w14:textId="1AA87291" w:rsidR="0051047F" w:rsidRDefault="00E704E8" w:rsidP="0083327B">
      <w:pPr>
        <w:spacing w:after="0"/>
      </w:pPr>
      <w:r>
        <w:t>These requirements ensure proper verification and prevent recalled items from being reused or resold.</w:t>
      </w:r>
    </w:p>
    <w:p w14:paraId="53CA826D" w14:textId="77777777" w:rsidR="00A453F0" w:rsidRDefault="00A453F0" w:rsidP="0083327B">
      <w:pPr>
        <w:spacing w:after="0"/>
      </w:pPr>
    </w:p>
    <w:p w14:paraId="1A15D0E9" w14:textId="52FD203C" w:rsidR="0051047F" w:rsidRPr="0083327B" w:rsidRDefault="00E704E8" w:rsidP="0083327B">
      <w:pPr>
        <w:spacing w:after="0"/>
        <w:rPr>
          <w:b/>
          <w:bCs/>
        </w:rPr>
      </w:pPr>
      <w:r w:rsidRPr="0083327B">
        <w:rPr>
          <w:b/>
          <w:bCs/>
        </w:rPr>
        <w:t>Products Included in the Recall</w:t>
      </w:r>
    </w:p>
    <w:p w14:paraId="51FC29A0" w14:textId="77777777" w:rsidR="0051047F" w:rsidRDefault="00E704E8" w:rsidP="0083327B">
      <w:pPr>
        <w:spacing w:after="0"/>
      </w:pPr>
      <w:r>
        <w:t>This recall includes all patterns and versions of the Joyful Journeys Baby Lounger sold online between December 2023 and October 2025.</w:t>
      </w:r>
    </w:p>
    <w:p w14:paraId="0E81D4C7" w14:textId="0C217B1A" w:rsidR="0051047F" w:rsidRDefault="00E704E8" w:rsidP="0083327B">
      <w:pPr>
        <w:spacing w:after="0"/>
      </w:pPr>
      <w:r>
        <w:t xml:space="preserve">Patterns and product photos </w:t>
      </w:r>
      <w:r w:rsidR="00A6615D">
        <w:t xml:space="preserve">are </w:t>
      </w:r>
      <w:r>
        <w:t>shown on th</w:t>
      </w:r>
      <w:r w:rsidR="00A6615D">
        <w:t>e next</w:t>
      </w:r>
      <w:r>
        <w:t xml:space="preserve"> page are provided to help customers identify affected products.</w:t>
      </w:r>
    </w:p>
    <w:p w14:paraId="4DFFF653" w14:textId="77777777" w:rsidR="00C615BC" w:rsidRDefault="00C615BC" w:rsidP="00C615BC">
      <w:pPr>
        <w:spacing w:after="0"/>
      </w:pPr>
    </w:p>
    <w:p w14:paraId="25CC8E0B" w14:textId="0EF7A84B" w:rsidR="0051047F" w:rsidRPr="0083327B" w:rsidRDefault="00E704E8" w:rsidP="0083327B">
      <w:pPr>
        <w:spacing w:after="0"/>
        <w:rPr>
          <w:b/>
          <w:bCs/>
        </w:rPr>
      </w:pPr>
      <w:r w:rsidRPr="0083327B">
        <w:rPr>
          <w:b/>
          <w:bCs/>
        </w:rPr>
        <w:t>Contact Information</w:t>
      </w:r>
      <w:r w:rsidR="00C615BC" w:rsidRPr="0083327B">
        <w:rPr>
          <w:b/>
          <w:bCs/>
        </w:rPr>
        <w:t>:</w:t>
      </w:r>
    </w:p>
    <w:p w14:paraId="642AB001" w14:textId="7B7C4B4A" w:rsidR="0051047F" w:rsidRDefault="00E704E8" w:rsidP="00C615BC">
      <w:pPr>
        <w:spacing w:after="0"/>
      </w:pPr>
      <w:r>
        <w:t>For questions or assistance, please email:</w:t>
      </w:r>
      <w:r w:rsidR="00C615BC">
        <w:t xml:space="preserve"> </w:t>
      </w:r>
      <w:hyperlink r:id="rId8" w:history="1">
        <w:r w:rsidR="00C615BC" w:rsidRPr="007C6DA0">
          <w:rPr>
            <w:rStyle w:val="Hyperlink"/>
          </w:rPr>
          <w:t>joyfuljourneysrecalls@myjoyfuljourneys.com</w:t>
        </w:r>
      </w:hyperlink>
    </w:p>
    <w:p w14:paraId="6A9F67D5" w14:textId="77777777" w:rsidR="00C615BC" w:rsidRDefault="00C615BC" w:rsidP="00C615BC">
      <w:pPr>
        <w:spacing w:after="0"/>
      </w:pPr>
    </w:p>
    <w:p w14:paraId="69496510" w14:textId="08F3D0B2" w:rsidR="00C615BC" w:rsidRDefault="00C615BC" w:rsidP="00C615BC">
      <w:pPr>
        <w:spacing w:after="0"/>
      </w:pPr>
      <w:r>
        <w:t>Thank you for your cooperation in this important safety matter.</w:t>
      </w:r>
    </w:p>
    <w:p w14:paraId="604BC9A2" w14:textId="4D500A8E" w:rsidR="00114569" w:rsidRDefault="00114569" w:rsidP="00C615BC">
      <w:pPr>
        <w:spacing w:after="0"/>
      </w:pPr>
      <w:r>
        <w:t>Joyful Journeys Customer Care</w:t>
      </w:r>
    </w:p>
    <w:p w14:paraId="62DD6B33" w14:textId="63666B3A" w:rsidR="00D23DA8" w:rsidRDefault="00D23DA8">
      <w:r>
        <w:br w:type="page"/>
      </w:r>
    </w:p>
    <w:p w14:paraId="588F120D" w14:textId="7FE9ED7A" w:rsidR="0051047F" w:rsidRDefault="00A6615D" w:rsidP="0083327B">
      <w:pPr>
        <w:spacing w:after="0"/>
      </w:pPr>
      <w:r w:rsidRPr="0083327B">
        <w:rPr>
          <w:b/>
          <w:bCs/>
        </w:rPr>
        <w:lastRenderedPageBreak/>
        <w:t>Joyful Journeys Baby Lounger Patterns</w:t>
      </w:r>
      <w:r w:rsidR="00EA7BC9">
        <w:rPr>
          <w:noProof/>
        </w:rPr>
        <w:drawing>
          <wp:anchor distT="0" distB="0" distL="114300" distR="114300" simplePos="0" relativeHeight="251660288" behindDoc="0" locked="0" layoutInCell="1" allowOverlap="1" wp14:anchorId="63E28516" wp14:editId="49B112C1">
            <wp:simplePos x="0" y="0"/>
            <wp:positionH relativeFrom="column">
              <wp:posOffset>3050540</wp:posOffset>
            </wp:positionH>
            <wp:positionV relativeFrom="paragraph">
              <wp:posOffset>525780</wp:posOffset>
            </wp:positionV>
            <wp:extent cx="2918460" cy="1953260"/>
            <wp:effectExtent l="0" t="0" r="2540" b="2540"/>
            <wp:wrapTopAndBottom/>
            <wp:docPr id="13682485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24853" name="Picture 13682485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18460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09D7">
        <w:rPr>
          <w:noProof/>
        </w:rPr>
        <w:drawing>
          <wp:anchor distT="0" distB="0" distL="114300" distR="114300" simplePos="0" relativeHeight="251662336" behindDoc="0" locked="0" layoutInCell="1" allowOverlap="1" wp14:anchorId="0D3C949E" wp14:editId="1430BDCB">
            <wp:simplePos x="0" y="0"/>
            <wp:positionH relativeFrom="column">
              <wp:posOffset>-329565</wp:posOffset>
            </wp:positionH>
            <wp:positionV relativeFrom="paragraph">
              <wp:posOffset>332105</wp:posOffset>
            </wp:positionV>
            <wp:extent cx="3175000" cy="2009140"/>
            <wp:effectExtent l="0" t="0" r="0" b="0"/>
            <wp:wrapTopAndBottom/>
            <wp:docPr id="109168167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681677" name="Picture 109168167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4858">
        <w:rPr>
          <w:noProof/>
        </w:rPr>
        <w:drawing>
          <wp:anchor distT="0" distB="0" distL="114300" distR="114300" simplePos="0" relativeHeight="251661312" behindDoc="0" locked="0" layoutInCell="1" allowOverlap="1" wp14:anchorId="5C3BD65C" wp14:editId="23041BD7">
            <wp:simplePos x="0" y="0"/>
            <wp:positionH relativeFrom="column">
              <wp:posOffset>-110490</wp:posOffset>
            </wp:positionH>
            <wp:positionV relativeFrom="paragraph">
              <wp:posOffset>2622550</wp:posOffset>
            </wp:positionV>
            <wp:extent cx="2782570" cy="2986405"/>
            <wp:effectExtent l="0" t="0" r="0" b="0"/>
            <wp:wrapTopAndBottom/>
            <wp:docPr id="96396356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963562" name="Picture 96396356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82570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4858">
        <w:rPr>
          <w:noProof/>
        </w:rPr>
        <w:drawing>
          <wp:anchor distT="0" distB="0" distL="114300" distR="114300" simplePos="0" relativeHeight="251659264" behindDoc="0" locked="0" layoutInCell="1" allowOverlap="1" wp14:anchorId="507F2859" wp14:editId="32D61F7E">
            <wp:simplePos x="0" y="0"/>
            <wp:positionH relativeFrom="column">
              <wp:posOffset>3058160</wp:posOffset>
            </wp:positionH>
            <wp:positionV relativeFrom="paragraph">
              <wp:posOffset>2619375</wp:posOffset>
            </wp:positionV>
            <wp:extent cx="2986405" cy="2986405"/>
            <wp:effectExtent l="0" t="0" r="0" b="0"/>
            <wp:wrapTopAndBottom/>
            <wp:docPr id="16385633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563335" name="Picture 163856333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86405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B60EE" w14:textId="7456F2E4" w:rsidR="008004DD" w:rsidRDefault="00C615BC" w:rsidP="00B524FE">
      <w:r>
        <w:rPr>
          <w:rStyle w:val="s1"/>
        </w:rPr>
        <w:br w:type="page"/>
      </w:r>
      <w:r w:rsidR="00F7444A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05121EB" wp14:editId="378E08B5">
            <wp:simplePos x="0" y="0"/>
            <wp:positionH relativeFrom="column">
              <wp:posOffset>533400</wp:posOffset>
            </wp:positionH>
            <wp:positionV relativeFrom="paragraph">
              <wp:posOffset>637540</wp:posOffset>
            </wp:positionV>
            <wp:extent cx="4318000" cy="4318000"/>
            <wp:effectExtent l="0" t="0" r="0" b="0"/>
            <wp:wrapTopAndBottom/>
            <wp:docPr id="11477043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704357" name="Picture 114770435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004DD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43B539D9"/>
    <w:multiLevelType w:val="hybridMultilevel"/>
    <w:tmpl w:val="E7E005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69757DC"/>
    <w:multiLevelType w:val="hybridMultilevel"/>
    <w:tmpl w:val="3D94D1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29378310">
    <w:abstractNumId w:val="8"/>
  </w:num>
  <w:num w:numId="2" w16cid:durableId="44961434">
    <w:abstractNumId w:val="6"/>
  </w:num>
  <w:num w:numId="3" w16cid:durableId="1536309178">
    <w:abstractNumId w:val="5"/>
  </w:num>
  <w:num w:numId="4" w16cid:durableId="1841844287">
    <w:abstractNumId w:val="4"/>
  </w:num>
  <w:num w:numId="5" w16cid:durableId="13574275">
    <w:abstractNumId w:val="7"/>
  </w:num>
  <w:num w:numId="6" w16cid:durableId="43603157">
    <w:abstractNumId w:val="3"/>
  </w:num>
  <w:num w:numId="7" w16cid:durableId="1379469711">
    <w:abstractNumId w:val="2"/>
  </w:num>
  <w:num w:numId="8" w16cid:durableId="1578320693">
    <w:abstractNumId w:val="1"/>
  </w:num>
  <w:num w:numId="9" w16cid:durableId="850532036">
    <w:abstractNumId w:val="0"/>
  </w:num>
  <w:num w:numId="10" w16cid:durableId="1736076692">
    <w:abstractNumId w:val="10"/>
  </w:num>
  <w:num w:numId="11" w16cid:durableId="68120673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37F3"/>
    <w:rsid w:val="00034616"/>
    <w:rsid w:val="0006063C"/>
    <w:rsid w:val="00086F9B"/>
    <w:rsid w:val="00113DFD"/>
    <w:rsid w:val="00114569"/>
    <w:rsid w:val="0015074B"/>
    <w:rsid w:val="00187A7E"/>
    <w:rsid w:val="001D5979"/>
    <w:rsid w:val="002154EB"/>
    <w:rsid w:val="00221E28"/>
    <w:rsid w:val="0029639D"/>
    <w:rsid w:val="00326F90"/>
    <w:rsid w:val="003400FB"/>
    <w:rsid w:val="00350BB2"/>
    <w:rsid w:val="0051047F"/>
    <w:rsid w:val="00524858"/>
    <w:rsid w:val="005E120F"/>
    <w:rsid w:val="007063C0"/>
    <w:rsid w:val="0072494D"/>
    <w:rsid w:val="00750D30"/>
    <w:rsid w:val="007B26C9"/>
    <w:rsid w:val="008004DD"/>
    <w:rsid w:val="008120E7"/>
    <w:rsid w:val="0083327B"/>
    <w:rsid w:val="00880152"/>
    <w:rsid w:val="00886CBA"/>
    <w:rsid w:val="008A1F53"/>
    <w:rsid w:val="008B4B13"/>
    <w:rsid w:val="008E7BB8"/>
    <w:rsid w:val="009809D7"/>
    <w:rsid w:val="00A453F0"/>
    <w:rsid w:val="00A6615D"/>
    <w:rsid w:val="00A764D4"/>
    <w:rsid w:val="00A960BF"/>
    <w:rsid w:val="00AA1D8D"/>
    <w:rsid w:val="00B11478"/>
    <w:rsid w:val="00B47730"/>
    <w:rsid w:val="00B524FE"/>
    <w:rsid w:val="00C615BC"/>
    <w:rsid w:val="00C66978"/>
    <w:rsid w:val="00CB0664"/>
    <w:rsid w:val="00D23DA8"/>
    <w:rsid w:val="00DD4116"/>
    <w:rsid w:val="00E518D2"/>
    <w:rsid w:val="00E704E8"/>
    <w:rsid w:val="00EA7BC9"/>
    <w:rsid w:val="00F7444A"/>
    <w:rsid w:val="00FC693F"/>
    <w:rsid w:val="00FE0B85"/>
    <w:rsid w:val="00FE4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97A2394"/>
  <w14:defaultImageDpi w14:val="300"/>
  <w15:docId w15:val="{D423BAC5-9CF8-8E49-BBC3-A785E3F599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customStyle="1" w:styleId="p1">
    <w:name w:val="p1"/>
    <w:basedOn w:val="Normal"/>
    <w:rsid w:val="005E120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s1">
    <w:name w:val="s1"/>
    <w:basedOn w:val="DefaultParagraphFont"/>
    <w:rsid w:val="005E120F"/>
  </w:style>
  <w:style w:type="paragraph" w:customStyle="1" w:styleId="p2">
    <w:name w:val="p2"/>
    <w:basedOn w:val="Normal"/>
    <w:rsid w:val="005E120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s2">
    <w:name w:val="s2"/>
    <w:basedOn w:val="DefaultParagraphFont"/>
    <w:rsid w:val="005E120F"/>
  </w:style>
  <w:style w:type="paragraph" w:styleId="Revision">
    <w:name w:val="Revision"/>
    <w:hidden/>
    <w:uiPriority w:val="99"/>
    <w:semiHidden/>
    <w:rsid w:val="00C615BC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C615BC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615B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oyfuljourneysrecalls@myjoyfuljourneys.com" TargetMode="Externa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hyperlink" Target="mailto:joyfuljourneysrecalls@myjoyfuljourneys.com" TargetMode="Externa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mailto:joyfuljourneysrecalls@myjoyfuljourneys.com" TargetMode="Externa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3</Pages>
  <Words>273</Words>
  <Characters>1587</Characters>
  <Application>Microsoft Office Word</Application>
  <DocSecurity>0</DocSecurity>
  <Lines>46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1831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Paul Archer</cp:lastModifiedBy>
  <cp:revision>15</cp:revision>
  <dcterms:created xsi:type="dcterms:W3CDTF">2026-01-08T04:43:00Z</dcterms:created>
  <dcterms:modified xsi:type="dcterms:W3CDTF">2026-01-09T17:05:00Z</dcterms:modified>
  <cp:category/>
</cp:coreProperties>
</file>